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4C3A6" w14:textId="4DB08D14" w:rsidR="008133F8" w:rsidRPr="00B167D2" w:rsidRDefault="008133F8" w:rsidP="009043FC">
      <w:pPr>
        <w:spacing w:after="120" w:line="240" w:lineRule="auto"/>
        <w:jc w:val="center"/>
        <w:rPr>
          <w:rFonts w:ascii="Calibri" w:hAnsi="Calibri" w:cs="Calibri"/>
          <w:b/>
          <w:sz w:val="36"/>
          <w:szCs w:val="36"/>
          <w:lang w:val="pl-PL"/>
        </w:rPr>
      </w:pPr>
      <w:r w:rsidRPr="00B167D2">
        <w:rPr>
          <w:rFonts w:ascii="Calibri" w:hAnsi="Calibri" w:cs="Calibri"/>
          <w:b/>
          <w:sz w:val="36"/>
          <w:szCs w:val="36"/>
          <w:lang w:val="pl-PL"/>
        </w:rPr>
        <w:t>Zamówienie audytu certyfikującego MSUES 2.0</w:t>
      </w: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4390"/>
        <w:gridCol w:w="4390"/>
      </w:tblGrid>
      <w:tr w:rsidR="00613CFA" w:rsidRPr="00B167D2" w14:paraId="0F018DB9" w14:textId="77777777" w:rsidTr="00613CFA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566E428F" w14:textId="0819EAE5" w:rsidR="00613CFA" w:rsidRPr="00B167D2" w:rsidRDefault="00EA0D3E" w:rsidP="00613CFA">
            <w:pPr>
              <w:rPr>
                <w:rFonts w:ascii="Calibri" w:hAnsi="Calibri" w:cs="Calibri"/>
                <w:b/>
                <w:sz w:val="28"/>
                <w:szCs w:val="28"/>
                <w:lang w:val="pl-PL"/>
              </w:rPr>
            </w:pPr>
            <w:r w:rsidRPr="00B167D2">
              <w:rPr>
                <w:rFonts w:ascii="Calibri" w:hAnsi="Calibri" w:cs="Calibri"/>
                <w:b/>
                <w:sz w:val="28"/>
                <w:szCs w:val="28"/>
                <w:lang w:val="pl-PL"/>
              </w:rPr>
              <w:t>Wykonawca</w:t>
            </w:r>
            <w:r w:rsidR="00613CFA" w:rsidRPr="00B167D2">
              <w:rPr>
                <w:rFonts w:ascii="Calibri" w:hAnsi="Calibri" w:cs="Calibri"/>
                <w:b/>
                <w:sz w:val="28"/>
                <w:szCs w:val="28"/>
                <w:lang w:val="pl-PL"/>
              </w:rPr>
              <w:t>: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5EFC4575" w14:textId="2F5A5C43" w:rsidR="00613CFA" w:rsidRPr="00B167D2" w:rsidRDefault="00DE3FF9" w:rsidP="008133F8">
            <w:pPr>
              <w:rPr>
                <w:rFonts w:ascii="Calibri" w:hAnsi="Calibri" w:cs="Calibri"/>
                <w:b/>
                <w:sz w:val="28"/>
                <w:szCs w:val="28"/>
                <w:lang w:val="pl-PL"/>
              </w:rPr>
            </w:pPr>
            <w:r>
              <w:rPr>
                <w:rFonts w:ascii="Calibri" w:hAnsi="Calibri" w:cs="Calibri"/>
                <w:b/>
                <w:sz w:val="28"/>
                <w:szCs w:val="28"/>
                <w:lang w:val="pl-PL"/>
              </w:rPr>
              <w:t>Zamawiający</w:t>
            </w:r>
            <w:r w:rsidR="00613CFA" w:rsidRPr="00B167D2">
              <w:rPr>
                <w:rFonts w:ascii="Calibri" w:hAnsi="Calibri" w:cs="Calibri"/>
                <w:b/>
                <w:sz w:val="28"/>
                <w:szCs w:val="28"/>
                <w:lang w:val="pl-PL"/>
              </w:rPr>
              <w:t>:</w:t>
            </w:r>
          </w:p>
        </w:tc>
      </w:tr>
      <w:tr w:rsidR="008133F8" w:rsidRPr="00B167D2" w14:paraId="7C0A699D" w14:textId="77777777" w:rsidTr="00613CFA"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E3F61" w14:textId="2A5454C3" w:rsidR="008133F8" w:rsidRPr="00B167D2" w:rsidRDefault="00030FCF" w:rsidP="008133F8">
            <w:pPr>
              <w:rPr>
                <w:rFonts w:ascii="Calibri" w:hAnsi="Calibri" w:cs="Calibri"/>
                <w:bCs/>
                <w:sz w:val="24"/>
                <w:szCs w:val="24"/>
                <w:lang w:val="pl-PL"/>
              </w:rPr>
            </w:pPr>
            <w:r w:rsidRPr="00B167D2">
              <w:rPr>
                <w:rFonts w:ascii="Calibri" w:hAnsi="Calibri" w:cs="Calibri"/>
                <w:bCs/>
                <w:sz w:val="24"/>
                <w:szCs w:val="24"/>
                <w:lang w:val="pl-PL"/>
              </w:rPr>
              <w:t xml:space="preserve">ENCELADIS </w:t>
            </w:r>
            <w:r w:rsidR="008133F8" w:rsidRPr="00B167D2">
              <w:rPr>
                <w:rFonts w:ascii="Calibri" w:hAnsi="Calibri" w:cs="Calibri"/>
                <w:bCs/>
                <w:sz w:val="24"/>
                <w:szCs w:val="24"/>
                <w:lang w:val="pl-PL"/>
              </w:rPr>
              <w:t>Paweł Gawron</w:t>
            </w:r>
          </w:p>
          <w:p w14:paraId="06902180" w14:textId="0837C99C" w:rsidR="008133F8" w:rsidRPr="00B167D2" w:rsidRDefault="008133F8" w:rsidP="008133F8">
            <w:pPr>
              <w:rPr>
                <w:rFonts w:ascii="Calibri" w:hAnsi="Calibri" w:cs="Calibri"/>
                <w:bCs/>
                <w:sz w:val="24"/>
                <w:szCs w:val="24"/>
                <w:lang w:val="pl-PL"/>
              </w:rPr>
            </w:pPr>
            <w:r w:rsidRPr="00B167D2">
              <w:rPr>
                <w:rFonts w:ascii="Calibri" w:hAnsi="Calibri" w:cs="Calibri"/>
                <w:bCs/>
                <w:sz w:val="24"/>
                <w:szCs w:val="24"/>
                <w:lang w:val="pl-PL"/>
              </w:rPr>
              <w:t>Ul. Osiedlowa 9</w:t>
            </w:r>
          </w:p>
          <w:p w14:paraId="6B914166" w14:textId="72DF91C1" w:rsidR="008133F8" w:rsidRPr="00B167D2" w:rsidRDefault="008133F8" w:rsidP="008133F8">
            <w:pPr>
              <w:rPr>
                <w:rFonts w:ascii="Calibri" w:hAnsi="Calibri" w:cs="Calibri"/>
                <w:bCs/>
                <w:sz w:val="24"/>
                <w:szCs w:val="24"/>
                <w:lang w:val="pl-PL"/>
              </w:rPr>
            </w:pPr>
            <w:r w:rsidRPr="00B167D2">
              <w:rPr>
                <w:rFonts w:ascii="Calibri" w:hAnsi="Calibri" w:cs="Calibri"/>
                <w:bCs/>
                <w:sz w:val="24"/>
                <w:szCs w:val="24"/>
                <w:lang w:val="pl-PL"/>
              </w:rPr>
              <w:t>32-087 Zielonki</w:t>
            </w:r>
          </w:p>
          <w:p w14:paraId="652DB8B9" w14:textId="7B4E1F45" w:rsidR="008133F8" w:rsidRPr="00B167D2" w:rsidRDefault="008133F8" w:rsidP="00613CFA">
            <w:pPr>
              <w:rPr>
                <w:rFonts w:ascii="Calibri" w:hAnsi="Calibri" w:cs="Calibri"/>
                <w:b/>
                <w:sz w:val="28"/>
                <w:szCs w:val="28"/>
                <w:lang w:val="pl-PL"/>
              </w:rPr>
            </w:pPr>
            <w:r w:rsidRPr="00B167D2">
              <w:rPr>
                <w:rFonts w:ascii="Calibri" w:hAnsi="Calibri" w:cs="Calibri"/>
                <w:bCs/>
                <w:sz w:val="24"/>
                <w:szCs w:val="24"/>
                <w:lang w:val="pl-PL"/>
              </w:rPr>
              <w:t>NIP: 8731206051</w:t>
            </w:r>
          </w:p>
        </w:tc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483A0" w14:textId="777904DE" w:rsidR="005A7B47" w:rsidRPr="005A7B47" w:rsidRDefault="005A7B47" w:rsidP="008133F8">
            <w:pPr>
              <w:rPr>
                <w:rFonts w:ascii="Calibri" w:hAnsi="Calibri" w:cs="Calibri"/>
                <w:bCs/>
                <w:sz w:val="24"/>
                <w:szCs w:val="24"/>
                <w:lang w:val="pl-PL"/>
              </w:rPr>
            </w:pPr>
          </w:p>
        </w:tc>
      </w:tr>
    </w:tbl>
    <w:p w14:paraId="7E27201B" w14:textId="1C698B0A" w:rsidR="00613CFA" w:rsidRPr="00B167D2" w:rsidRDefault="00613CFA" w:rsidP="00B167D2">
      <w:pPr>
        <w:spacing w:after="40" w:line="240" w:lineRule="auto"/>
        <w:rPr>
          <w:rFonts w:ascii="Calibri" w:hAnsi="Calibri" w:cs="Calibri"/>
          <w:sz w:val="24"/>
          <w:szCs w:val="24"/>
          <w:lang w:val="pl-PL"/>
        </w:rPr>
      </w:pPr>
      <w:r w:rsidRPr="00B167D2">
        <w:rPr>
          <w:rFonts w:ascii="Calibri" w:hAnsi="Calibri" w:cs="Calibri"/>
          <w:sz w:val="24"/>
          <w:szCs w:val="24"/>
          <w:lang w:val="pl-PL"/>
        </w:rPr>
        <w:t xml:space="preserve">1. Niniejszy dokument Zamówienia wraz ze wszystkimi </w:t>
      </w:r>
      <w:r w:rsidR="00C92C99" w:rsidRPr="00B167D2">
        <w:rPr>
          <w:rFonts w:ascii="Calibri" w:hAnsi="Calibri" w:cs="Calibri"/>
          <w:sz w:val="24"/>
          <w:szCs w:val="24"/>
          <w:lang w:val="pl-PL"/>
        </w:rPr>
        <w:t>oświadczeniami Zamawiającego</w:t>
      </w:r>
      <w:r w:rsidRPr="00B167D2">
        <w:rPr>
          <w:rFonts w:ascii="Calibri" w:hAnsi="Calibri" w:cs="Calibri"/>
          <w:sz w:val="24"/>
          <w:szCs w:val="24"/>
          <w:lang w:val="pl-PL"/>
        </w:rPr>
        <w:t xml:space="preserve"> </w:t>
      </w:r>
      <w:r w:rsidR="008C7990">
        <w:rPr>
          <w:rFonts w:ascii="Calibri" w:hAnsi="Calibri" w:cs="Calibri"/>
          <w:sz w:val="24"/>
          <w:szCs w:val="24"/>
          <w:lang w:val="pl-PL"/>
        </w:rPr>
        <w:t xml:space="preserve">oraz </w:t>
      </w:r>
      <w:hyperlink r:id="rId6" w:history="1">
        <w:r w:rsidR="008C7990" w:rsidRPr="00B167D2">
          <w:rPr>
            <w:rStyle w:val="Hipercze"/>
            <w:rFonts w:ascii="Calibri" w:hAnsi="Calibri" w:cs="Calibri"/>
            <w:sz w:val="24"/>
            <w:szCs w:val="24"/>
            <w:lang w:val="pl-PL"/>
          </w:rPr>
          <w:t>Zasadami Realizacji Audytów MSUES</w:t>
        </w:r>
      </w:hyperlink>
      <w:r w:rsidR="008C7990" w:rsidRPr="00B167D2">
        <w:rPr>
          <w:rFonts w:ascii="Calibri" w:hAnsi="Calibri" w:cs="Calibri"/>
          <w:sz w:val="24"/>
          <w:szCs w:val="24"/>
          <w:lang w:val="pl-PL"/>
        </w:rPr>
        <w:t xml:space="preserve"> </w:t>
      </w:r>
      <w:r w:rsidRPr="00B167D2">
        <w:rPr>
          <w:rFonts w:ascii="Calibri" w:hAnsi="Calibri" w:cs="Calibri"/>
          <w:sz w:val="24"/>
          <w:szCs w:val="24"/>
          <w:lang w:val="pl-PL"/>
        </w:rPr>
        <w:t xml:space="preserve">stanowi integralną całość. Podpisując niniejsze Zamówienie </w:t>
      </w:r>
      <w:r w:rsidR="00030FCF">
        <w:rPr>
          <w:rFonts w:ascii="Calibri" w:hAnsi="Calibri" w:cs="Calibri"/>
          <w:sz w:val="24"/>
          <w:szCs w:val="24"/>
          <w:lang w:val="pl-PL"/>
        </w:rPr>
        <w:t>Zamawiający</w:t>
      </w:r>
      <w:r w:rsidRPr="00B167D2">
        <w:rPr>
          <w:rFonts w:ascii="Calibri" w:hAnsi="Calibri" w:cs="Calibri"/>
          <w:sz w:val="24"/>
          <w:szCs w:val="24"/>
          <w:lang w:val="pl-PL"/>
        </w:rPr>
        <w:t xml:space="preserve"> oświadcza, że </w:t>
      </w:r>
      <w:r w:rsidRPr="00E92126">
        <w:rPr>
          <w:rFonts w:ascii="Calibri" w:hAnsi="Calibri" w:cs="Calibri"/>
          <w:sz w:val="24"/>
          <w:szCs w:val="24"/>
          <w:u w:val="single"/>
          <w:lang w:val="pl-PL"/>
        </w:rPr>
        <w:t xml:space="preserve">zapoznał się z </w:t>
      </w:r>
      <w:r w:rsidR="00E92126" w:rsidRPr="00E92126">
        <w:rPr>
          <w:rFonts w:ascii="Calibri" w:hAnsi="Calibri" w:cs="Calibri"/>
          <w:sz w:val="24"/>
          <w:szCs w:val="24"/>
          <w:u w:val="single"/>
          <w:lang w:val="pl-PL"/>
        </w:rPr>
        <w:t xml:space="preserve">Zasadami </w:t>
      </w:r>
      <w:r w:rsidRPr="00E92126">
        <w:rPr>
          <w:rFonts w:ascii="Calibri" w:hAnsi="Calibri" w:cs="Calibri"/>
          <w:sz w:val="24"/>
          <w:szCs w:val="24"/>
          <w:u w:val="single"/>
          <w:lang w:val="pl-PL"/>
        </w:rPr>
        <w:t>oraz je akceptuje</w:t>
      </w:r>
      <w:r w:rsidRPr="00B167D2">
        <w:rPr>
          <w:rFonts w:ascii="Calibri" w:hAnsi="Calibri" w:cs="Calibri"/>
          <w:sz w:val="24"/>
          <w:szCs w:val="24"/>
          <w:lang w:val="pl-PL"/>
        </w:rPr>
        <w:t>.</w:t>
      </w:r>
    </w:p>
    <w:p w14:paraId="3E07B6E0" w14:textId="6ECAFCF4" w:rsidR="00613CFA" w:rsidRDefault="00613CFA" w:rsidP="00B167D2">
      <w:pPr>
        <w:spacing w:after="40" w:line="240" w:lineRule="auto"/>
        <w:rPr>
          <w:rFonts w:ascii="Calibri" w:hAnsi="Calibri" w:cs="Calibri"/>
          <w:sz w:val="24"/>
          <w:szCs w:val="24"/>
          <w:lang w:val="pl-PL"/>
        </w:rPr>
      </w:pPr>
      <w:r w:rsidRPr="00B167D2">
        <w:rPr>
          <w:rFonts w:ascii="Calibri" w:hAnsi="Calibri" w:cs="Calibri"/>
          <w:sz w:val="24"/>
          <w:szCs w:val="24"/>
          <w:lang w:val="pl-PL"/>
        </w:rPr>
        <w:t xml:space="preserve">2. </w:t>
      </w:r>
      <w:r w:rsidR="00030FCF">
        <w:rPr>
          <w:rFonts w:ascii="Calibri" w:hAnsi="Calibri" w:cs="Calibri"/>
          <w:sz w:val="24"/>
          <w:szCs w:val="24"/>
          <w:lang w:val="pl-PL"/>
        </w:rPr>
        <w:t>Zamawiający</w:t>
      </w:r>
      <w:r w:rsidR="00030FCF" w:rsidRPr="00B167D2">
        <w:rPr>
          <w:rFonts w:ascii="Calibri" w:hAnsi="Calibri" w:cs="Calibri"/>
          <w:sz w:val="24"/>
          <w:szCs w:val="24"/>
          <w:lang w:val="pl-PL"/>
        </w:rPr>
        <w:t xml:space="preserve"> </w:t>
      </w:r>
      <w:r w:rsidRPr="00B167D2">
        <w:rPr>
          <w:rFonts w:ascii="Calibri" w:hAnsi="Calibri" w:cs="Calibri"/>
          <w:sz w:val="24"/>
          <w:szCs w:val="24"/>
          <w:lang w:val="pl-PL"/>
        </w:rPr>
        <w:t xml:space="preserve">zleca wykonanie </w:t>
      </w:r>
      <w:r w:rsidR="00F4542F">
        <w:rPr>
          <w:rFonts w:ascii="Calibri" w:hAnsi="Calibri" w:cs="Calibri"/>
          <w:sz w:val="24"/>
          <w:szCs w:val="24"/>
          <w:lang w:val="pl-PL"/>
        </w:rPr>
        <w:t>audytu</w:t>
      </w:r>
      <w:r w:rsidRPr="00B167D2">
        <w:rPr>
          <w:rFonts w:ascii="Calibri" w:hAnsi="Calibri" w:cs="Calibri"/>
          <w:sz w:val="24"/>
          <w:szCs w:val="24"/>
          <w:lang w:val="pl-PL"/>
        </w:rPr>
        <w:t xml:space="preserve"> z podaniem propozycji terminu.</w:t>
      </w:r>
    </w:p>
    <w:p w14:paraId="7DE0EC3A" w14:textId="36A574DC" w:rsidR="000659E1" w:rsidRPr="000659E1" w:rsidRDefault="000659E1" w:rsidP="00B167D2">
      <w:pPr>
        <w:spacing w:after="40" w:line="240" w:lineRule="auto"/>
        <w:rPr>
          <w:rFonts w:ascii="Calibri" w:hAnsi="Calibri" w:cs="Calibri"/>
          <w:sz w:val="24"/>
          <w:szCs w:val="24"/>
          <w:lang w:val="pl-PL"/>
        </w:rPr>
      </w:pPr>
      <w:r>
        <w:rPr>
          <w:rFonts w:ascii="Calibri" w:hAnsi="Calibri" w:cs="Calibri"/>
          <w:sz w:val="24"/>
          <w:szCs w:val="24"/>
          <w:lang w:val="pl-PL"/>
        </w:rPr>
        <w:t xml:space="preserve">3. </w:t>
      </w:r>
      <w:r w:rsidRPr="000659E1">
        <w:rPr>
          <w:rFonts w:ascii="Calibri" w:hAnsi="Calibri" w:cs="Calibri"/>
          <w:sz w:val="24"/>
          <w:szCs w:val="24"/>
          <w:lang w:val="pl-PL"/>
        </w:rPr>
        <w:t>Warunkiem rozpoczęcia audytu jest dokonanie płatności</w:t>
      </w:r>
      <w:r>
        <w:rPr>
          <w:rFonts w:ascii="Calibri" w:hAnsi="Calibri" w:cs="Calibri"/>
          <w:sz w:val="24"/>
          <w:szCs w:val="24"/>
          <w:lang w:val="pl-PL"/>
        </w:rPr>
        <w:t xml:space="preserve"> za usługę.</w:t>
      </w:r>
    </w:p>
    <w:p w14:paraId="48FF8E02" w14:textId="60EE3C31" w:rsidR="00613CFA" w:rsidRPr="00B167D2" w:rsidRDefault="000659E1" w:rsidP="00B167D2">
      <w:pPr>
        <w:spacing w:after="40" w:line="240" w:lineRule="auto"/>
        <w:rPr>
          <w:rFonts w:ascii="Calibri" w:hAnsi="Calibri" w:cs="Calibri"/>
          <w:sz w:val="24"/>
          <w:szCs w:val="24"/>
          <w:lang w:val="pl-PL"/>
        </w:rPr>
      </w:pPr>
      <w:r>
        <w:rPr>
          <w:rFonts w:ascii="Calibri" w:hAnsi="Calibri" w:cs="Calibri"/>
          <w:sz w:val="24"/>
          <w:szCs w:val="24"/>
          <w:lang w:val="pl-PL"/>
        </w:rPr>
        <w:t>4</w:t>
      </w:r>
      <w:r w:rsidR="00613CFA" w:rsidRPr="00B167D2">
        <w:rPr>
          <w:rFonts w:ascii="Calibri" w:hAnsi="Calibri" w:cs="Calibri"/>
          <w:sz w:val="24"/>
          <w:szCs w:val="24"/>
          <w:lang w:val="pl-PL"/>
        </w:rPr>
        <w:t xml:space="preserve">. </w:t>
      </w:r>
      <w:r w:rsidR="00030FCF">
        <w:rPr>
          <w:rFonts w:ascii="Calibri" w:hAnsi="Calibri" w:cs="Calibri"/>
          <w:sz w:val="24"/>
          <w:szCs w:val="24"/>
          <w:lang w:val="pl-PL"/>
        </w:rPr>
        <w:t>Zamawiający</w:t>
      </w:r>
      <w:r w:rsidR="00030FCF" w:rsidRPr="00B167D2">
        <w:rPr>
          <w:rFonts w:ascii="Calibri" w:hAnsi="Calibri" w:cs="Calibri"/>
          <w:sz w:val="24"/>
          <w:szCs w:val="24"/>
          <w:lang w:val="pl-PL"/>
        </w:rPr>
        <w:t xml:space="preserve"> </w:t>
      </w:r>
      <w:r w:rsidR="00613CFA" w:rsidRPr="00B167D2">
        <w:rPr>
          <w:rFonts w:ascii="Calibri" w:hAnsi="Calibri" w:cs="Calibri"/>
          <w:sz w:val="24"/>
          <w:szCs w:val="24"/>
          <w:lang w:val="pl-PL"/>
        </w:rPr>
        <w:t xml:space="preserve">zobowiązuje się do umożliwienia przystąpienia do realizacji czynności audytowych nie później niż 60 dni od daty podpisania </w:t>
      </w:r>
      <w:r w:rsidR="00030FCF">
        <w:rPr>
          <w:rFonts w:ascii="Calibri" w:hAnsi="Calibri" w:cs="Calibri"/>
          <w:sz w:val="24"/>
          <w:szCs w:val="24"/>
          <w:lang w:val="pl-PL"/>
        </w:rPr>
        <w:t>Zamówienia</w:t>
      </w:r>
      <w:r w:rsidR="00613CFA" w:rsidRPr="00B167D2">
        <w:rPr>
          <w:rFonts w:ascii="Calibri" w:hAnsi="Calibri" w:cs="Calibri"/>
          <w:sz w:val="24"/>
          <w:szCs w:val="24"/>
          <w:lang w:val="pl-PL"/>
        </w:rPr>
        <w:t>.</w:t>
      </w:r>
    </w:p>
    <w:p w14:paraId="0EF7CC61" w14:textId="3EA52FEF" w:rsidR="00613CFA" w:rsidRPr="00B167D2" w:rsidRDefault="000659E1" w:rsidP="00B167D2">
      <w:pPr>
        <w:spacing w:after="40" w:line="240" w:lineRule="auto"/>
        <w:rPr>
          <w:rFonts w:ascii="Calibri" w:hAnsi="Calibri" w:cs="Calibri"/>
          <w:sz w:val="24"/>
          <w:szCs w:val="24"/>
          <w:lang w:val="pl-PL"/>
        </w:rPr>
      </w:pPr>
      <w:r>
        <w:rPr>
          <w:rFonts w:ascii="Calibri" w:hAnsi="Calibri" w:cs="Calibri"/>
          <w:sz w:val="24"/>
          <w:szCs w:val="24"/>
          <w:lang w:val="pl-PL"/>
        </w:rPr>
        <w:t>5</w:t>
      </w:r>
      <w:r w:rsidR="00613CFA" w:rsidRPr="00B167D2">
        <w:rPr>
          <w:rFonts w:ascii="Calibri" w:hAnsi="Calibri" w:cs="Calibri"/>
          <w:sz w:val="24"/>
          <w:szCs w:val="24"/>
          <w:lang w:val="pl-PL"/>
        </w:rPr>
        <w:t xml:space="preserve">. </w:t>
      </w:r>
      <w:r w:rsidR="004A2E85" w:rsidRPr="004A2E85">
        <w:rPr>
          <w:rFonts w:ascii="Calibri" w:hAnsi="Calibri" w:cs="Calibri"/>
          <w:sz w:val="24"/>
          <w:szCs w:val="24"/>
          <w:lang w:val="pl-PL"/>
        </w:rPr>
        <w:t>Zamawiający przyjmuje do wiadomości, że dane mogą być przekazywane podmiotom uprawnionym w ramach systemu MSUES, w tym WUP w Krakowie</w:t>
      </w:r>
      <w:r w:rsidR="00613CFA" w:rsidRPr="00B167D2">
        <w:rPr>
          <w:rFonts w:ascii="Calibri" w:hAnsi="Calibri" w:cs="Calibri"/>
          <w:sz w:val="24"/>
          <w:szCs w:val="24"/>
          <w:lang w:val="pl-PL"/>
        </w:rPr>
        <w:t>.</w:t>
      </w:r>
    </w:p>
    <w:tbl>
      <w:tblPr>
        <w:tblStyle w:val="Tabela-Siatka"/>
        <w:tblW w:w="8859" w:type="dxa"/>
        <w:tblInd w:w="38" w:type="dxa"/>
        <w:tblLook w:val="04A0" w:firstRow="1" w:lastRow="0" w:firstColumn="1" w:lastColumn="0" w:noHBand="0" w:noVBand="1"/>
      </w:tblPr>
      <w:tblGrid>
        <w:gridCol w:w="2055"/>
        <w:gridCol w:w="992"/>
        <w:gridCol w:w="1418"/>
        <w:gridCol w:w="2197"/>
        <w:gridCol w:w="779"/>
        <w:gridCol w:w="1418"/>
      </w:tblGrid>
      <w:tr w:rsidR="007E5FB5" w:rsidRPr="00B167D2" w14:paraId="6A901168" w14:textId="77777777" w:rsidTr="00763417">
        <w:tc>
          <w:tcPr>
            <w:tcW w:w="2055" w:type="dxa"/>
            <w:shd w:val="clear" w:color="auto" w:fill="D9D9D9" w:themeFill="background1" w:themeFillShade="D9"/>
            <w:vAlign w:val="center"/>
          </w:tcPr>
          <w:p w14:paraId="6D10353F" w14:textId="390F57D1" w:rsidR="007E5FB5" w:rsidRPr="00B167D2" w:rsidRDefault="007E5FB5" w:rsidP="00763417">
            <w:pPr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 xml:space="preserve">Wynagrodzenie </w:t>
            </w:r>
          </w:p>
        </w:tc>
        <w:tc>
          <w:tcPr>
            <w:tcW w:w="2410" w:type="dxa"/>
            <w:gridSpan w:val="2"/>
            <w:vAlign w:val="center"/>
          </w:tcPr>
          <w:p w14:paraId="5ED2D070" w14:textId="77777777" w:rsidR="007E5FB5" w:rsidRPr="006C3A06" w:rsidRDefault="007E5FB5" w:rsidP="00763417">
            <w:pPr>
              <w:jc w:val="right"/>
              <w:rPr>
                <w:rFonts w:ascii="Calibri" w:hAnsi="Calibri" w:cs="Calibri"/>
                <w:lang w:val="pl-PL"/>
              </w:rPr>
            </w:pPr>
          </w:p>
        </w:tc>
        <w:tc>
          <w:tcPr>
            <w:tcW w:w="2976" w:type="dxa"/>
            <w:gridSpan w:val="2"/>
            <w:shd w:val="clear" w:color="auto" w:fill="D9D9D9" w:themeFill="background1" w:themeFillShade="D9"/>
            <w:vAlign w:val="center"/>
          </w:tcPr>
          <w:p w14:paraId="5893397E" w14:textId="2F35D463" w:rsidR="007E5FB5" w:rsidRPr="006C3A06" w:rsidRDefault="007E5FB5" w:rsidP="007E5FB5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Termin audytu</w:t>
            </w:r>
          </w:p>
        </w:tc>
        <w:tc>
          <w:tcPr>
            <w:tcW w:w="1418" w:type="dxa"/>
          </w:tcPr>
          <w:p w14:paraId="21D7B038" w14:textId="58E831FE" w:rsidR="007E5FB5" w:rsidRPr="006C3A06" w:rsidRDefault="007E5FB5" w:rsidP="006C3A06">
            <w:pPr>
              <w:jc w:val="right"/>
              <w:rPr>
                <w:rFonts w:ascii="Calibri" w:hAnsi="Calibri" w:cs="Calibri"/>
                <w:lang w:val="pl-PL"/>
              </w:rPr>
            </w:pPr>
          </w:p>
        </w:tc>
      </w:tr>
      <w:tr w:rsidR="00E00ACD" w:rsidRPr="00B167D2" w14:paraId="25C43F56" w14:textId="77777777" w:rsidTr="00F104D1">
        <w:tc>
          <w:tcPr>
            <w:tcW w:w="3047" w:type="dxa"/>
            <w:gridSpan w:val="2"/>
            <w:shd w:val="clear" w:color="auto" w:fill="D9D9D9" w:themeFill="background1" w:themeFillShade="D9"/>
            <w:vAlign w:val="center"/>
          </w:tcPr>
          <w:p w14:paraId="1EDB1E14" w14:textId="77777777" w:rsidR="00E00ACD" w:rsidRPr="00B167D2" w:rsidRDefault="00E00ACD" w:rsidP="00F104D1">
            <w:pPr>
              <w:rPr>
                <w:rFonts w:ascii="Calibri" w:hAnsi="Calibri" w:cs="Calibri"/>
                <w:b/>
                <w:bCs/>
                <w:lang w:val="pl-PL"/>
              </w:rPr>
            </w:pPr>
            <w:r>
              <w:rPr>
                <w:rFonts w:ascii="Calibri" w:hAnsi="Calibri" w:cs="Calibri"/>
                <w:b/>
                <w:bCs/>
                <w:lang w:val="pl-PL"/>
              </w:rPr>
              <w:t>Adres realizacji audytu</w:t>
            </w:r>
          </w:p>
        </w:tc>
        <w:tc>
          <w:tcPr>
            <w:tcW w:w="5812" w:type="dxa"/>
            <w:gridSpan w:val="4"/>
          </w:tcPr>
          <w:p w14:paraId="571D9AB0" w14:textId="77777777" w:rsidR="00E00ACD" w:rsidRPr="00B167D2" w:rsidRDefault="00E00ACD" w:rsidP="00F104D1">
            <w:pPr>
              <w:rPr>
                <w:rFonts w:ascii="Calibri" w:hAnsi="Calibri" w:cs="Calibri"/>
                <w:b/>
                <w:bCs/>
                <w:lang w:val="pl-PL"/>
              </w:rPr>
            </w:pPr>
          </w:p>
        </w:tc>
      </w:tr>
      <w:tr w:rsidR="007E5FB5" w:rsidRPr="00B167D2" w14:paraId="0616A154" w14:textId="77777777" w:rsidTr="00763417">
        <w:tc>
          <w:tcPr>
            <w:tcW w:w="3047" w:type="dxa"/>
            <w:gridSpan w:val="2"/>
            <w:shd w:val="clear" w:color="auto" w:fill="D9D9D9" w:themeFill="background1" w:themeFillShade="D9"/>
            <w:vAlign w:val="center"/>
          </w:tcPr>
          <w:p w14:paraId="44992F07" w14:textId="476BEE7F" w:rsidR="007E5FB5" w:rsidRPr="00B167D2" w:rsidRDefault="007E5FB5" w:rsidP="00763417">
            <w:pPr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 xml:space="preserve">Termin </w:t>
            </w:r>
            <w:r>
              <w:rPr>
                <w:rFonts w:ascii="Calibri" w:hAnsi="Calibri" w:cs="Calibri"/>
                <w:b/>
                <w:bCs/>
                <w:lang w:val="pl-PL"/>
              </w:rPr>
              <w:t>opracowania raportu</w:t>
            </w:r>
          </w:p>
        </w:tc>
        <w:tc>
          <w:tcPr>
            <w:tcW w:w="1418" w:type="dxa"/>
          </w:tcPr>
          <w:p w14:paraId="3C0C6C17" w14:textId="77777777" w:rsidR="007E5FB5" w:rsidRPr="006C3A06" w:rsidRDefault="007E5FB5" w:rsidP="006C3A06">
            <w:pPr>
              <w:jc w:val="right"/>
              <w:rPr>
                <w:rFonts w:ascii="Calibri" w:hAnsi="Calibri" w:cs="Calibri"/>
                <w:lang w:val="pl-PL"/>
              </w:rPr>
            </w:pPr>
          </w:p>
        </w:tc>
        <w:tc>
          <w:tcPr>
            <w:tcW w:w="2976" w:type="dxa"/>
            <w:gridSpan w:val="2"/>
            <w:shd w:val="clear" w:color="auto" w:fill="D9D9D9" w:themeFill="background1" w:themeFillShade="D9"/>
          </w:tcPr>
          <w:p w14:paraId="439B7E87" w14:textId="5102D7C3" w:rsidR="007E5FB5" w:rsidRPr="007E5FB5" w:rsidRDefault="007E5FB5" w:rsidP="007E5FB5">
            <w:pPr>
              <w:rPr>
                <w:rFonts w:ascii="Calibri" w:hAnsi="Calibri" w:cs="Calibri"/>
                <w:b/>
                <w:bCs/>
                <w:lang w:val="pl-PL"/>
              </w:rPr>
            </w:pPr>
            <w:r w:rsidRPr="007E5FB5">
              <w:rPr>
                <w:rFonts w:ascii="Calibri" w:hAnsi="Calibri" w:cs="Calibri"/>
                <w:b/>
                <w:bCs/>
                <w:lang w:val="pl-PL"/>
              </w:rPr>
              <w:t>Termin przekazania raportu</w:t>
            </w:r>
          </w:p>
        </w:tc>
        <w:tc>
          <w:tcPr>
            <w:tcW w:w="1418" w:type="dxa"/>
          </w:tcPr>
          <w:p w14:paraId="43AE0585" w14:textId="40D16495" w:rsidR="007E5FB5" w:rsidRPr="006C3A06" w:rsidRDefault="007E5FB5" w:rsidP="006C3A06">
            <w:pPr>
              <w:jc w:val="right"/>
              <w:rPr>
                <w:rFonts w:ascii="Calibri" w:hAnsi="Calibri" w:cs="Calibri"/>
                <w:lang w:val="pl-PL"/>
              </w:rPr>
            </w:pPr>
          </w:p>
        </w:tc>
      </w:tr>
      <w:tr w:rsidR="00763417" w:rsidRPr="00763417" w14:paraId="768293BE" w14:textId="77777777" w:rsidTr="00763417">
        <w:tc>
          <w:tcPr>
            <w:tcW w:w="4465" w:type="dxa"/>
            <w:gridSpan w:val="3"/>
            <w:shd w:val="clear" w:color="auto" w:fill="D9D9D9" w:themeFill="background1" w:themeFillShade="D9"/>
            <w:vAlign w:val="center"/>
          </w:tcPr>
          <w:p w14:paraId="47679729" w14:textId="5B80540D" w:rsidR="00763417" w:rsidRDefault="00763417" w:rsidP="00763417">
            <w:pPr>
              <w:rPr>
                <w:rFonts w:ascii="Calibri" w:hAnsi="Calibri" w:cs="Calibri"/>
                <w:b/>
                <w:bCs/>
                <w:lang w:val="pl-PL"/>
              </w:rPr>
            </w:pPr>
            <w:r>
              <w:rPr>
                <w:rFonts w:ascii="Calibri" w:hAnsi="Calibri" w:cs="Calibri"/>
                <w:b/>
                <w:bCs/>
                <w:lang w:val="pl-PL"/>
              </w:rPr>
              <w:t>Umowa licencyjna MSUES będzie podpisana</w:t>
            </w:r>
          </w:p>
        </w:tc>
        <w:tc>
          <w:tcPr>
            <w:tcW w:w="2197" w:type="dxa"/>
          </w:tcPr>
          <w:p w14:paraId="6B0DFDAE" w14:textId="77FD0D40" w:rsidR="00763417" w:rsidRPr="00E00ACD" w:rsidRDefault="00E00ACD" w:rsidP="00613CFA">
            <w:pPr>
              <w:rPr>
                <w:rFonts w:ascii="Calibri" w:hAnsi="Calibri" w:cs="Calibri"/>
                <w:lang w:val="pl-PL"/>
              </w:rPr>
            </w:pPr>
            <w:r w:rsidRPr="00E00ACD">
              <w:rPr>
                <w:rFonts w:ascii="Calibri" w:hAnsi="Calibri" w:cs="Calibri"/>
                <w:lang w:val="pl-PL"/>
              </w:rPr>
              <w:sym w:font="Wingdings" w:char="F06F"/>
            </w:r>
            <w:r w:rsidRPr="00E00ACD">
              <w:rPr>
                <w:rFonts w:ascii="Calibri" w:hAnsi="Calibri" w:cs="Calibri"/>
                <w:lang w:val="pl-PL"/>
              </w:rPr>
              <w:t xml:space="preserve"> - </w:t>
            </w:r>
            <w:r w:rsidR="00763417" w:rsidRPr="00E00ACD">
              <w:rPr>
                <w:rFonts w:ascii="Calibri" w:hAnsi="Calibri" w:cs="Calibri"/>
                <w:lang w:val="pl-PL"/>
              </w:rPr>
              <w:t>papierowo</w:t>
            </w:r>
          </w:p>
        </w:tc>
        <w:tc>
          <w:tcPr>
            <w:tcW w:w="2197" w:type="dxa"/>
            <w:gridSpan w:val="2"/>
          </w:tcPr>
          <w:p w14:paraId="6C1ED948" w14:textId="5EF6F7DB" w:rsidR="00763417" w:rsidRPr="00E00ACD" w:rsidRDefault="00E00ACD" w:rsidP="00613CFA">
            <w:pPr>
              <w:rPr>
                <w:rFonts w:ascii="Calibri" w:hAnsi="Calibri" w:cs="Calibri"/>
                <w:lang w:val="pl-PL"/>
              </w:rPr>
            </w:pPr>
            <w:r w:rsidRPr="00E00ACD">
              <w:rPr>
                <w:rFonts w:ascii="Calibri" w:hAnsi="Calibri" w:cs="Calibri"/>
                <w:lang w:val="pl-PL"/>
              </w:rPr>
              <w:sym w:font="Wingdings" w:char="F06F"/>
            </w:r>
            <w:r w:rsidRPr="00E00ACD">
              <w:rPr>
                <w:rFonts w:ascii="Calibri" w:hAnsi="Calibri" w:cs="Calibri"/>
                <w:lang w:val="pl-PL"/>
              </w:rPr>
              <w:t xml:space="preserve"> - </w:t>
            </w:r>
            <w:r w:rsidR="00763417" w:rsidRPr="00E00ACD">
              <w:rPr>
                <w:rFonts w:ascii="Calibri" w:hAnsi="Calibri" w:cs="Calibri"/>
                <w:lang w:val="pl-PL"/>
              </w:rPr>
              <w:t>elektronicznie</w:t>
            </w:r>
          </w:p>
        </w:tc>
      </w:tr>
      <w:tr w:rsidR="00613CFA" w:rsidRPr="00B167D2" w14:paraId="1C497500" w14:textId="77777777" w:rsidTr="00763417">
        <w:tc>
          <w:tcPr>
            <w:tcW w:w="4465" w:type="dxa"/>
            <w:gridSpan w:val="3"/>
            <w:shd w:val="clear" w:color="auto" w:fill="D9D9D9" w:themeFill="background1" w:themeFillShade="D9"/>
            <w:vAlign w:val="center"/>
          </w:tcPr>
          <w:p w14:paraId="54E316B4" w14:textId="248A192E" w:rsidR="00613CFA" w:rsidRPr="00B167D2" w:rsidRDefault="00613CFA" w:rsidP="00763417">
            <w:pPr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 xml:space="preserve">Dane osoby reprezentującej </w:t>
            </w:r>
            <w:r w:rsidR="00E9559E">
              <w:rPr>
                <w:rFonts w:ascii="Calibri" w:hAnsi="Calibri" w:cs="Calibri"/>
                <w:b/>
                <w:bCs/>
                <w:lang w:val="pl-PL"/>
              </w:rPr>
              <w:t>Zamawiającego</w:t>
            </w:r>
            <w:r w:rsidRPr="00B167D2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</w:tc>
        <w:tc>
          <w:tcPr>
            <w:tcW w:w="4394" w:type="dxa"/>
            <w:gridSpan w:val="3"/>
          </w:tcPr>
          <w:p w14:paraId="57590CA7" w14:textId="78BCBDF1" w:rsidR="00613CFA" w:rsidRPr="005A7B47" w:rsidRDefault="00613CFA" w:rsidP="00613CFA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imię i nazwisko:</w:t>
            </w:r>
            <w:r w:rsidR="005A7B47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  <w:p w14:paraId="4C581400" w14:textId="7BCFCC25" w:rsidR="00613CFA" w:rsidRPr="005A7B47" w:rsidRDefault="00613CFA" w:rsidP="00613CFA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e-mail:</w:t>
            </w:r>
            <w:r w:rsidR="005A7B47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  <w:p w14:paraId="26EAE46A" w14:textId="6DD7A28C" w:rsidR="00613CFA" w:rsidRPr="005A7B47" w:rsidRDefault="00613CFA" w:rsidP="00613CFA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telefon:</w:t>
            </w:r>
            <w:r w:rsidR="005A7B47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</w:tc>
      </w:tr>
      <w:tr w:rsidR="00613CFA" w:rsidRPr="00B167D2" w14:paraId="471B9029" w14:textId="77777777" w:rsidTr="00763417">
        <w:tc>
          <w:tcPr>
            <w:tcW w:w="4465" w:type="dxa"/>
            <w:gridSpan w:val="3"/>
            <w:shd w:val="clear" w:color="auto" w:fill="D9D9D9" w:themeFill="background1" w:themeFillShade="D9"/>
            <w:vAlign w:val="center"/>
          </w:tcPr>
          <w:p w14:paraId="5ED74C7D" w14:textId="439D1F6A" w:rsidR="00613CFA" w:rsidRPr="00B167D2" w:rsidRDefault="00613CFA" w:rsidP="00763417">
            <w:pPr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Dane osoby kontaktowej w sprawie audytu</w:t>
            </w:r>
          </w:p>
        </w:tc>
        <w:tc>
          <w:tcPr>
            <w:tcW w:w="4394" w:type="dxa"/>
            <w:gridSpan w:val="3"/>
          </w:tcPr>
          <w:p w14:paraId="3D3DF16F" w14:textId="0483BF7C" w:rsidR="00613CFA" w:rsidRPr="005A7B47" w:rsidRDefault="00613CFA" w:rsidP="00613CFA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imię i nazwisko:</w:t>
            </w:r>
            <w:r w:rsidR="005A7B47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  <w:p w14:paraId="0C63F1B7" w14:textId="4D55BDCE" w:rsidR="00613CFA" w:rsidRPr="005A7B47" w:rsidRDefault="00613CFA" w:rsidP="00613CFA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e-mail:</w:t>
            </w:r>
            <w:r w:rsidR="005A7B47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  <w:p w14:paraId="049E4722" w14:textId="6D5F65CB" w:rsidR="00613CFA" w:rsidRPr="005A7B47" w:rsidRDefault="00613CFA" w:rsidP="00613CFA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telefon:</w:t>
            </w:r>
            <w:r w:rsidR="005A7B47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</w:tc>
      </w:tr>
    </w:tbl>
    <w:p w14:paraId="062C60BD" w14:textId="5190A6F7" w:rsidR="00460969" w:rsidRPr="00B167D2" w:rsidRDefault="00000000" w:rsidP="00B167D2">
      <w:pPr>
        <w:spacing w:before="40" w:after="0" w:line="240" w:lineRule="auto"/>
        <w:jc w:val="center"/>
        <w:rPr>
          <w:rFonts w:ascii="Calibri" w:hAnsi="Calibri" w:cs="Calibri"/>
          <w:b/>
          <w:bCs/>
          <w:sz w:val="24"/>
          <w:szCs w:val="24"/>
          <w:lang w:val="pl-PL"/>
        </w:rPr>
      </w:pPr>
      <w:r w:rsidRPr="00B167D2">
        <w:rPr>
          <w:rFonts w:ascii="Calibri" w:hAnsi="Calibri" w:cs="Calibri"/>
          <w:b/>
          <w:bCs/>
          <w:sz w:val="24"/>
          <w:szCs w:val="24"/>
          <w:lang w:val="pl-PL"/>
        </w:rPr>
        <w:t xml:space="preserve">Oświadczenie </w:t>
      </w:r>
      <w:r w:rsidR="00030FCF">
        <w:rPr>
          <w:rFonts w:ascii="Calibri" w:hAnsi="Calibri" w:cs="Calibri"/>
          <w:b/>
          <w:bCs/>
          <w:sz w:val="24"/>
          <w:szCs w:val="24"/>
          <w:lang w:val="pl-PL"/>
        </w:rPr>
        <w:t>Zamawiającego</w:t>
      </w:r>
      <w:r w:rsidR="00613CFA" w:rsidRPr="00B167D2">
        <w:rPr>
          <w:rFonts w:ascii="Calibri" w:hAnsi="Calibri" w:cs="Calibri"/>
          <w:b/>
          <w:bCs/>
          <w:sz w:val="24"/>
          <w:szCs w:val="24"/>
          <w:lang w:val="pl-PL"/>
        </w:rPr>
        <w:t xml:space="preserve"> </w:t>
      </w:r>
      <w:r w:rsidRPr="00B167D2">
        <w:rPr>
          <w:rFonts w:ascii="Calibri" w:hAnsi="Calibri" w:cs="Calibri"/>
          <w:b/>
          <w:bCs/>
          <w:sz w:val="24"/>
          <w:szCs w:val="24"/>
          <w:lang w:val="pl-PL"/>
        </w:rPr>
        <w:t>o spełnianiu minimalnych wymagań kwalifikacyjnych</w:t>
      </w:r>
    </w:p>
    <w:p w14:paraId="4E4F1EF6" w14:textId="1BDB283A" w:rsidR="00460969" w:rsidRPr="00B167D2" w:rsidRDefault="00000000" w:rsidP="00B167D2">
      <w:pPr>
        <w:spacing w:after="40" w:line="240" w:lineRule="auto"/>
        <w:rPr>
          <w:rFonts w:ascii="Calibri" w:hAnsi="Calibri" w:cs="Calibri"/>
          <w:sz w:val="24"/>
          <w:szCs w:val="24"/>
          <w:lang w:val="pl-PL"/>
        </w:rPr>
      </w:pPr>
      <w:r w:rsidRPr="00B167D2">
        <w:rPr>
          <w:rFonts w:ascii="Calibri" w:hAnsi="Calibri" w:cs="Calibri"/>
          <w:sz w:val="24"/>
          <w:szCs w:val="24"/>
          <w:lang w:val="pl-PL"/>
        </w:rPr>
        <w:t xml:space="preserve">Niniejszym </w:t>
      </w:r>
      <w:r w:rsidR="00030FCF">
        <w:rPr>
          <w:rFonts w:ascii="Calibri" w:hAnsi="Calibri" w:cs="Calibri"/>
          <w:sz w:val="24"/>
          <w:szCs w:val="24"/>
          <w:lang w:val="pl-PL"/>
        </w:rPr>
        <w:t>Zamawiający</w:t>
      </w:r>
      <w:r w:rsidR="00030FCF" w:rsidRPr="00B167D2">
        <w:rPr>
          <w:rFonts w:ascii="Calibri" w:hAnsi="Calibri" w:cs="Calibri"/>
          <w:sz w:val="24"/>
          <w:szCs w:val="24"/>
          <w:lang w:val="pl-PL"/>
        </w:rPr>
        <w:t xml:space="preserve"> </w:t>
      </w:r>
      <w:r w:rsidRPr="00B167D2">
        <w:rPr>
          <w:rFonts w:ascii="Calibri" w:hAnsi="Calibri" w:cs="Calibri"/>
          <w:sz w:val="24"/>
          <w:szCs w:val="24"/>
          <w:lang w:val="pl-PL"/>
        </w:rPr>
        <w:t>oświadcza, że posiada odpowiednie doświadczenie w realizacji usług edukacyjno-szkoleniowych i spełnia minimalne wymagania kwalifikacyjne umożliwiające przeprowadzenie procesu certyfikacji:</w:t>
      </w:r>
    </w:p>
    <w:tbl>
      <w:tblPr>
        <w:tblStyle w:val="Tabela-Siatka"/>
        <w:tblW w:w="8897" w:type="dxa"/>
        <w:tblLayout w:type="fixed"/>
        <w:tblLook w:val="04A0" w:firstRow="1" w:lastRow="0" w:firstColumn="1" w:lastColumn="0" w:noHBand="0" w:noVBand="1"/>
      </w:tblPr>
      <w:tblGrid>
        <w:gridCol w:w="7479"/>
        <w:gridCol w:w="709"/>
        <w:gridCol w:w="709"/>
      </w:tblGrid>
      <w:tr w:rsidR="00460969" w:rsidRPr="00B167D2" w14:paraId="4A972E91" w14:textId="77777777" w:rsidTr="00EA0D3E">
        <w:tc>
          <w:tcPr>
            <w:tcW w:w="7479" w:type="dxa"/>
            <w:shd w:val="clear" w:color="auto" w:fill="D9D9D9" w:themeFill="background1" w:themeFillShade="D9"/>
          </w:tcPr>
          <w:p w14:paraId="23EC136E" w14:textId="77777777" w:rsidR="00460969" w:rsidRPr="00B167D2" w:rsidRDefault="00000000" w:rsidP="00C07449">
            <w:pPr>
              <w:jc w:val="center"/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Kryteria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2B21ED4" w14:textId="77777777" w:rsidR="00460969" w:rsidRPr="00B167D2" w:rsidRDefault="00000000" w:rsidP="00C07449">
            <w:pPr>
              <w:jc w:val="center"/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Tak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765589DF" w14:textId="77777777" w:rsidR="00460969" w:rsidRPr="00B167D2" w:rsidRDefault="00000000" w:rsidP="00C07449">
            <w:pPr>
              <w:jc w:val="center"/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Nie</w:t>
            </w:r>
          </w:p>
        </w:tc>
      </w:tr>
      <w:tr w:rsidR="00460969" w:rsidRPr="006A7A2A" w14:paraId="16029AB0" w14:textId="77777777" w:rsidTr="00EA0D3E">
        <w:tc>
          <w:tcPr>
            <w:tcW w:w="7479" w:type="dxa"/>
          </w:tcPr>
          <w:p w14:paraId="24E24293" w14:textId="4093E303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 xml:space="preserve">Czy </w:t>
            </w:r>
            <w:r w:rsidR="00030FCF">
              <w:rPr>
                <w:rFonts w:ascii="Calibri" w:hAnsi="Calibri" w:cs="Calibri"/>
                <w:lang w:val="pl-PL"/>
              </w:rPr>
              <w:t>Zamawiający</w:t>
            </w:r>
            <w:r w:rsidRPr="00B167D2">
              <w:rPr>
                <w:rFonts w:ascii="Calibri" w:hAnsi="Calibri" w:cs="Calibri"/>
                <w:lang w:val="pl-PL"/>
              </w:rPr>
              <w:t xml:space="preserve"> posiada siedzibę lub oddział firmy w Małopolsce?</w:t>
            </w:r>
          </w:p>
        </w:tc>
        <w:tc>
          <w:tcPr>
            <w:tcW w:w="709" w:type="dxa"/>
            <w:vAlign w:val="center"/>
          </w:tcPr>
          <w:p w14:paraId="1720C956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  <w:tc>
          <w:tcPr>
            <w:tcW w:w="709" w:type="dxa"/>
            <w:vAlign w:val="center"/>
          </w:tcPr>
          <w:p w14:paraId="5FD8AA1A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6A7A2A" w14:paraId="07016C64" w14:textId="77777777" w:rsidTr="00EA0D3E">
        <w:tc>
          <w:tcPr>
            <w:tcW w:w="7479" w:type="dxa"/>
          </w:tcPr>
          <w:p w14:paraId="7CF51359" w14:textId="547A3E66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 xml:space="preserve">Czy </w:t>
            </w:r>
            <w:r w:rsidR="00030FCF">
              <w:rPr>
                <w:rFonts w:ascii="Calibri" w:hAnsi="Calibri" w:cs="Calibri"/>
                <w:lang w:val="pl-PL"/>
              </w:rPr>
              <w:t>Zamawiający</w:t>
            </w:r>
            <w:r w:rsidR="00030FCF" w:rsidRPr="00B167D2">
              <w:rPr>
                <w:rFonts w:ascii="Calibri" w:hAnsi="Calibri" w:cs="Calibri"/>
                <w:lang w:val="pl-PL"/>
              </w:rPr>
              <w:t xml:space="preserve"> </w:t>
            </w:r>
            <w:r w:rsidRPr="00B167D2">
              <w:rPr>
                <w:rFonts w:ascii="Calibri" w:hAnsi="Calibri" w:cs="Calibri"/>
                <w:lang w:val="pl-PL"/>
              </w:rPr>
              <w:t>w ostatnich 3 latach prowadził działalność szkoleniową lub doradczą dla uczestników/instytucji z Małopolski – min. 3 usługi?</w:t>
            </w:r>
          </w:p>
        </w:tc>
        <w:tc>
          <w:tcPr>
            <w:tcW w:w="709" w:type="dxa"/>
            <w:vAlign w:val="center"/>
          </w:tcPr>
          <w:p w14:paraId="60F42D20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  <w:tc>
          <w:tcPr>
            <w:tcW w:w="709" w:type="dxa"/>
            <w:vAlign w:val="center"/>
          </w:tcPr>
          <w:p w14:paraId="1273FEC4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</w:tr>
      <w:tr w:rsidR="009043FC" w:rsidRPr="006A7A2A" w14:paraId="6960D436" w14:textId="77777777" w:rsidTr="00EA0D3E">
        <w:tc>
          <w:tcPr>
            <w:tcW w:w="7479" w:type="dxa"/>
          </w:tcPr>
          <w:p w14:paraId="03C2D1C2" w14:textId="207EF700" w:rsidR="009043FC" w:rsidRPr="00B167D2" w:rsidRDefault="009043FC">
            <w:pPr>
              <w:rPr>
                <w:rFonts w:ascii="Calibri" w:hAnsi="Calibri" w:cs="Calibri"/>
                <w:lang w:val="pl-PL"/>
              </w:rPr>
            </w:pPr>
            <w:r>
              <w:rPr>
                <w:rFonts w:ascii="Calibri" w:hAnsi="Calibri" w:cs="Calibri"/>
                <w:lang w:val="pl-PL"/>
              </w:rPr>
              <w:t xml:space="preserve">Czy Zamawiający </w:t>
            </w:r>
            <w:r w:rsidRPr="009043FC">
              <w:rPr>
                <w:rFonts w:ascii="Calibri" w:hAnsi="Calibri" w:cs="Calibri"/>
                <w:lang w:val="pl-PL"/>
              </w:rPr>
              <w:t xml:space="preserve">jest gotowy do świadczenia usług na rzecz </w:t>
            </w:r>
            <w:r>
              <w:rPr>
                <w:rFonts w:ascii="Calibri" w:hAnsi="Calibri" w:cs="Calibri"/>
                <w:lang w:val="pl-PL"/>
              </w:rPr>
              <w:t>klientów</w:t>
            </w:r>
            <w:r w:rsidRPr="009043FC">
              <w:rPr>
                <w:rFonts w:ascii="Calibri" w:hAnsi="Calibri" w:cs="Calibri"/>
                <w:lang w:val="pl-PL"/>
              </w:rPr>
              <w:t xml:space="preserve"> z</w:t>
            </w:r>
            <w:r>
              <w:rPr>
                <w:rFonts w:ascii="Calibri" w:hAnsi="Calibri" w:cs="Calibri"/>
                <w:lang w:val="pl-PL"/>
              </w:rPr>
              <w:t> </w:t>
            </w:r>
            <w:r w:rsidRPr="009043FC">
              <w:rPr>
                <w:rFonts w:ascii="Calibri" w:hAnsi="Calibri" w:cs="Calibri"/>
                <w:lang w:val="pl-PL"/>
              </w:rPr>
              <w:t>Małopolski w okresie obowiązywania znaku jakości MSUES</w:t>
            </w:r>
          </w:p>
        </w:tc>
        <w:tc>
          <w:tcPr>
            <w:tcW w:w="709" w:type="dxa"/>
            <w:vAlign w:val="center"/>
          </w:tcPr>
          <w:p w14:paraId="63F5ADA1" w14:textId="77777777" w:rsidR="009043FC" w:rsidRPr="00B167D2" w:rsidRDefault="009043FC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  <w:tc>
          <w:tcPr>
            <w:tcW w:w="709" w:type="dxa"/>
            <w:vAlign w:val="center"/>
          </w:tcPr>
          <w:p w14:paraId="6312F57E" w14:textId="77777777" w:rsidR="009043FC" w:rsidRPr="00B167D2" w:rsidRDefault="009043FC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6A7A2A" w14:paraId="54EAD893" w14:textId="77777777" w:rsidTr="00EA0D3E">
        <w:tc>
          <w:tcPr>
            <w:tcW w:w="7479" w:type="dxa"/>
          </w:tcPr>
          <w:p w14:paraId="2C0D927C" w14:textId="7A19C97E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 xml:space="preserve">Czy </w:t>
            </w:r>
            <w:r w:rsidR="00030FCF">
              <w:rPr>
                <w:rFonts w:ascii="Calibri" w:hAnsi="Calibri" w:cs="Calibri"/>
                <w:lang w:val="pl-PL"/>
              </w:rPr>
              <w:t>Zamawiający</w:t>
            </w:r>
            <w:r w:rsidR="00030FCF" w:rsidRPr="00B167D2">
              <w:rPr>
                <w:rFonts w:ascii="Calibri" w:hAnsi="Calibri" w:cs="Calibri"/>
                <w:lang w:val="pl-PL"/>
              </w:rPr>
              <w:t xml:space="preserve"> </w:t>
            </w:r>
            <w:r w:rsidRPr="00B167D2">
              <w:rPr>
                <w:rFonts w:ascii="Calibri" w:hAnsi="Calibri" w:cs="Calibri"/>
                <w:lang w:val="pl-PL"/>
              </w:rPr>
              <w:t>prowadzi minimum 3 miesiące działalności zgodnie z MSUES?</w:t>
            </w:r>
          </w:p>
        </w:tc>
        <w:tc>
          <w:tcPr>
            <w:tcW w:w="709" w:type="dxa"/>
            <w:vAlign w:val="center"/>
          </w:tcPr>
          <w:p w14:paraId="1FB979F0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  <w:tc>
          <w:tcPr>
            <w:tcW w:w="709" w:type="dxa"/>
            <w:vAlign w:val="center"/>
          </w:tcPr>
          <w:p w14:paraId="2987AC54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6A7A2A" w14:paraId="6439C893" w14:textId="77777777" w:rsidTr="00EA0D3E">
        <w:tc>
          <w:tcPr>
            <w:tcW w:w="7479" w:type="dxa"/>
          </w:tcPr>
          <w:p w14:paraId="508352DF" w14:textId="11634477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 xml:space="preserve">Czy </w:t>
            </w:r>
            <w:r w:rsidR="00030FCF">
              <w:rPr>
                <w:rFonts w:ascii="Calibri" w:hAnsi="Calibri" w:cs="Calibri"/>
                <w:lang w:val="pl-PL"/>
              </w:rPr>
              <w:t>Zamawiający</w:t>
            </w:r>
            <w:r w:rsidR="00030FCF" w:rsidRPr="00B167D2">
              <w:rPr>
                <w:rFonts w:ascii="Calibri" w:hAnsi="Calibri" w:cs="Calibri"/>
                <w:lang w:val="pl-PL"/>
              </w:rPr>
              <w:t xml:space="preserve"> </w:t>
            </w:r>
            <w:r w:rsidRPr="00B167D2">
              <w:rPr>
                <w:rFonts w:ascii="Calibri" w:hAnsi="Calibri" w:cs="Calibri"/>
                <w:lang w:val="pl-PL"/>
              </w:rPr>
              <w:t>może wykazać co najmniej 6 przeprowadzonych i</w:t>
            </w:r>
            <w:r w:rsidR="00EA0D3E" w:rsidRPr="00B167D2">
              <w:rPr>
                <w:rFonts w:ascii="Calibri" w:hAnsi="Calibri" w:cs="Calibri"/>
                <w:lang w:val="pl-PL"/>
              </w:rPr>
              <w:t> </w:t>
            </w:r>
            <w:r w:rsidRPr="00B167D2">
              <w:rPr>
                <w:rFonts w:ascii="Calibri" w:hAnsi="Calibri" w:cs="Calibri"/>
                <w:lang w:val="pl-PL"/>
              </w:rPr>
              <w:t>zakończonych odrębnych usług edukacyjno-szkoleniowych?</w:t>
            </w:r>
          </w:p>
        </w:tc>
        <w:tc>
          <w:tcPr>
            <w:tcW w:w="709" w:type="dxa"/>
            <w:vAlign w:val="center"/>
          </w:tcPr>
          <w:p w14:paraId="590F1C30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  <w:tc>
          <w:tcPr>
            <w:tcW w:w="709" w:type="dxa"/>
            <w:vAlign w:val="center"/>
          </w:tcPr>
          <w:p w14:paraId="33B93BD9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B167D2" w14:paraId="2F4209E5" w14:textId="77777777" w:rsidTr="00EA0D3E">
        <w:tc>
          <w:tcPr>
            <w:tcW w:w="7479" w:type="dxa"/>
            <w:shd w:val="clear" w:color="auto" w:fill="D9D9D9" w:themeFill="background1" w:themeFillShade="D9"/>
          </w:tcPr>
          <w:p w14:paraId="112DEB76" w14:textId="77777777" w:rsidR="00460969" w:rsidRPr="00B167D2" w:rsidRDefault="00000000" w:rsidP="00C07449">
            <w:pPr>
              <w:jc w:val="center"/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Deklaracja wielkości populacji usług edukacyjno – szkoleniowych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</w:tcPr>
          <w:p w14:paraId="29AEBAD3" w14:textId="77777777" w:rsidR="00460969" w:rsidRPr="00B167D2" w:rsidRDefault="00000000" w:rsidP="00C07449">
            <w:pPr>
              <w:jc w:val="center"/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Liczba</w:t>
            </w:r>
          </w:p>
        </w:tc>
      </w:tr>
      <w:tr w:rsidR="00460969" w:rsidRPr="006A7A2A" w14:paraId="4E215E70" w14:textId="77777777" w:rsidTr="00EA0D3E">
        <w:tc>
          <w:tcPr>
            <w:tcW w:w="7479" w:type="dxa"/>
          </w:tcPr>
          <w:p w14:paraId="1382567C" w14:textId="77777777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>Liczba przeprowadzonych usług szkoleniowych w okresie objętym audytem</w:t>
            </w:r>
          </w:p>
        </w:tc>
        <w:tc>
          <w:tcPr>
            <w:tcW w:w="1418" w:type="dxa"/>
            <w:gridSpan w:val="2"/>
            <w:vAlign w:val="center"/>
          </w:tcPr>
          <w:p w14:paraId="0A3C80AF" w14:textId="70399D6E" w:rsidR="00460969" w:rsidRPr="00B167D2" w:rsidRDefault="00460969" w:rsidP="005A7B47">
            <w:pPr>
              <w:ind w:right="181"/>
              <w:jc w:val="right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6A7A2A" w14:paraId="749C6D76" w14:textId="77777777" w:rsidTr="00EA0D3E">
        <w:tc>
          <w:tcPr>
            <w:tcW w:w="7479" w:type="dxa"/>
          </w:tcPr>
          <w:p w14:paraId="7130D69C" w14:textId="77777777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>Liczba przeprowadzonych usług doradczych w okresie objętym audytem</w:t>
            </w:r>
          </w:p>
        </w:tc>
        <w:tc>
          <w:tcPr>
            <w:tcW w:w="1418" w:type="dxa"/>
            <w:gridSpan w:val="2"/>
            <w:vAlign w:val="center"/>
          </w:tcPr>
          <w:p w14:paraId="79A61C66" w14:textId="6D5985FC" w:rsidR="00460969" w:rsidRPr="00B167D2" w:rsidRDefault="00460969" w:rsidP="005A7B47">
            <w:pPr>
              <w:ind w:right="181"/>
              <w:jc w:val="right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6A7A2A" w14:paraId="2D85CA90" w14:textId="77777777" w:rsidTr="00EA0D3E">
        <w:tc>
          <w:tcPr>
            <w:tcW w:w="7479" w:type="dxa"/>
          </w:tcPr>
          <w:p w14:paraId="3020442D" w14:textId="77777777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>Liczba członków kadry realizującej usługi edukacyjno-szkoleniowe</w:t>
            </w:r>
          </w:p>
        </w:tc>
        <w:tc>
          <w:tcPr>
            <w:tcW w:w="1418" w:type="dxa"/>
            <w:gridSpan w:val="2"/>
            <w:vAlign w:val="center"/>
          </w:tcPr>
          <w:p w14:paraId="60E43302" w14:textId="1E760CA9" w:rsidR="00460969" w:rsidRPr="00B167D2" w:rsidRDefault="00460969" w:rsidP="005A7B47">
            <w:pPr>
              <w:ind w:right="181"/>
              <w:jc w:val="right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6A7A2A" w14:paraId="004325E8" w14:textId="77777777" w:rsidTr="00EA0D3E">
        <w:tc>
          <w:tcPr>
            <w:tcW w:w="7479" w:type="dxa"/>
          </w:tcPr>
          <w:p w14:paraId="00B8D34D" w14:textId="77777777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>Liczba uczestników usług edukacyjno-szkoleniowych w okresie objętym audytem</w:t>
            </w:r>
          </w:p>
        </w:tc>
        <w:tc>
          <w:tcPr>
            <w:tcW w:w="1418" w:type="dxa"/>
            <w:gridSpan w:val="2"/>
            <w:vAlign w:val="center"/>
          </w:tcPr>
          <w:p w14:paraId="4D8EF468" w14:textId="31D06977" w:rsidR="00460969" w:rsidRPr="00B167D2" w:rsidRDefault="00460969" w:rsidP="005A7B47">
            <w:pPr>
              <w:ind w:right="181"/>
              <w:jc w:val="right"/>
              <w:rPr>
                <w:rFonts w:ascii="Calibri" w:hAnsi="Calibri" w:cs="Calibri"/>
                <w:lang w:val="pl-PL"/>
              </w:rPr>
            </w:pPr>
          </w:p>
        </w:tc>
      </w:tr>
    </w:tbl>
    <w:p w14:paraId="2B11F858" w14:textId="77777777" w:rsidR="00460969" w:rsidRPr="00006F0B" w:rsidRDefault="00460969" w:rsidP="00B167D2">
      <w:pPr>
        <w:spacing w:after="0" w:line="240" w:lineRule="auto"/>
        <w:rPr>
          <w:rFonts w:ascii="Calibri" w:hAnsi="Calibri" w:cs="Calibri"/>
          <w:sz w:val="10"/>
          <w:szCs w:val="10"/>
          <w:lang w:val="pl-PL"/>
        </w:rPr>
      </w:pPr>
    </w:p>
    <w:tbl>
      <w:tblPr>
        <w:tblW w:w="8421" w:type="dxa"/>
        <w:jc w:val="center"/>
        <w:tblLayout w:type="fixed"/>
        <w:tblLook w:val="04A0" w:firstRow="1" w:lastRow="0" w:firstColumn="1" w:lastColumn="0" w:noHBand="0" w:noVBand="1"/>
      </w:tblPr>
      <w:tblGrid>
        <w:gridCol w:w="4023"/>
        <w:gridCol w:w="4398"/>
      </w:tblGrid>
      <w:tr w:rsidR="004059CB" w:rsidRPr="00B167D2" w14:paraId="07473265" w14:textId="77777777" w:rsidTr="009F086D">
        <w:trPr>
          <w:jc w:val="center"/>
        </w:trPr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E60A03" w14:textId="7C4C197B" w:rsidR="004059CB" w:rsidRPr="00DE3FF9" w:rsidRDefault="004059CB" w:rsidP="004059CB">
            <w:pPr>
              <w:spacing w:after="0" w:line="240" w:lineRule="auto"/>
              <w:jc w:val="center"/>
              <w:rPr>
                <w:sz w:val="48"/>
                <w:szCs w:val="48"/>
                <w:lang w:val="pl-PL"/>
              </w:rPr>
            </w:pPr>
            <w:r w:rsidRPr="004059CB">
              <w:rPr>
                <w:rFonts w:ascii="Calibri" w:hAnsi="Calibri" w:cs="Calibri"/>
                <w:b/>
                <w:bCs/>
                <w:lang w:val="pl-PL"/>
              </w:rPr>
              <w:t>Potwierdzenie przyjęcia zamówienia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1AEEC8" w14:textId="4C7AB44C" w:rsidR="004059CB" w:rsidRPr="00DE3FF9" w:rsidRDefault="004059CB" w:rsidP="004059CB">
            <w:pPr>
              <w:spacing w:after="0" w:line="240" w:lineRule="auto"/>
              <w:jc w:val="center"/>
              <w:rPr>
                <w:sz w:val="48"/>
                <w:szCs w:val="48"/>
                <w:lang w:val="pl-PL"/>
              </w:rPr>
            </w:pPr>
            <w:r w:rsidRPr="004059CB">
              <w:rPr>
                <w:rFonts w:ascii="Calibri" w:hAnsi="Calibri" w:cs="Calibri"/>
                <w:b/>
                <w:bCs/>
                <w:lang w:val="pl-PL"/>
              </w:rPr>
              <w:t>Złożenie zamówienia</w:t>
            </w:r>
          </w:p>
        </w:tc>
      </w:tr>
      <w:tr w:rsidR="00B167D2" w:rsidRPr="00B167D2" w14:paraId="27B03161" w14:textId="77777777" w:rsidTr="009F086D">
        <w:trPr>
          <w:jc w:val="center"/>
        </w:trPr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0867BC" w14:textId="77777777" w:rsidR="00DE3FF9" w:rsidRPr="009043FC" w:rsidRDefault="00DE3FF9" w:rsidP="009F086D">
            <w:pPr>
              <w:rPr>
                <w:sz w:val="36"/>
                <w:szCs w:val="36"/>
                <w:lang w:val="pl-PL"/>
              </w:rPr>
            </w:pPr>
          </w:p>
          <w:p w14:paraId="420D5D58" w14:textId="77777777" w:rsidR="00B167D2" w:rsidRPr="00B167D2" w:rsidRDefault="00B167D2" w:rsidP="00DE3FF9">
            <w:pPr>
              <w:spacing w:after="40"/>
              <w:jc w:val="center"/>
              <w:rPr>
                <w:lang w:val="pl-PL"/>
              </w:rPr>
            </w:pPr>
            <w:r w:rsidRPr="00B167D2">
              <w:rPr>
                <w:lang w:val="pl-PL"/>
              </w:rPr>
              <w:t>………………………………</w:t>
            </w:r>
          </w:p>
          <w:p w14:paraId="15C2D1FD" w14:textId="5ADF8DF8" w:rsidR="00B167D2" w:rsidRPr="00B167D2" w:rsidRDefault="00B167D2" w:rsidP="00DE3FF9">
            <w:pPr>
              <w:spacing w:after="0"/>
              <w:jc w:val="center"/>
              <w:rPr>
                <w:lang w:val="pl-PL"/>
              </w:rPr>
            </w:pPr>
            <w:r w:rsidRPr="00B167D2">
              <w:rPr>
                <w:lang w:val="pl-PL"/>
              </w:rPr>
              <w:t>data i podpis Wykonawcy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FE824B" w14:textId="77777777" w:rsidR="00B167D2" w:rsidRPr="009043FC" w:rsidRDefault="00B167D2" w:rsidP="00DE3FF9">
            <w:pPr>
              <w:rPr>
                <w:sz w:val="36"/>
                <w:szCs w:val="36"/>
                <w:lang w:val="pl-PL"/>
              </w:rPr>
            </w:pPr>
          </w:p>
          <w:p w14:paraId="57D9579A" w14:textId="77777777" w:rsidR="00B167D2" w:rsidRPr="00DE3FF9" w:rsidRDefault="00B167D2" w:rsidP="00DE3FF9">
            <w:pPr>
              <w:spacing w:after="40"/>
              <w:jc w:val="center"/>
              <w:rPr>
                <w:lang w:val="pl-PL"/>
              </w:rPr>
            </w:pPr>
            <w:r w:rsidRPr="00DE3FF9">
              <w:rPr>
                <w:lang w:val="pl-PL"/>
              </w:rPr>
              <w:t>………………………………</w:t>
            </w:r>
          </w:p>
          <w:p w14:paraId="48029F90" w14:textId="1A555F75" w:rsidR="00B167D2" w:rsidRPr="00B167D2" w:rsidRDefault="00B167D2" w:rsidP="009043FC">
            <w:pPr>
              <w:spacing w:after="0"/>
              <w:jc w:val="center"/>
              <w:rPr>
                <w:lang w:val="pl-PL"/>
              </w:rPr>
            </w:pPr>
            <w:r w:rsidRPr="00DE3FF9">
              <w:rPr>
                <w:lang w:val="pl-PL"/>
              </w:rPr>
              <w:t xml:space="preserve">data i podpis </w:t>
            </w:r>
            <w:r w:rsidR="00671570">
              <w:rPr>
                <w:lang w:val="pl-PL"/>
              </w:rPr>
              <w:t>Zamawiającego</w:t>
            </w:r>
          </w:p>
        </w:tc>
      </w:tr>
    </w:tbl>
    <w:p w14:paraId="3338BB3A" w14:textId="77777777" w:rsidR="00B167D2" w:rsidRPr="00006F0B" w:rsidRDefault="00B167D2" w:rsidP="00B167D2">
      <w:pPr>
        <w:spacing w:after="0"/>
        <w:rPr>
          <w:rFonts w:ascii="Calibri" w:hAnsi="Calibri" w:cs="Calibri"/>
          <w:sz w:val="2"/>
          <w:szCs w:val="2"/>
          <w:lang w:val="pl-PL"/>
        </w:rPr>
      </w:pPr>
    </w:p>
    <w:sectPr w:rsidR="00B167D2" w:rsidRPr="00006F0B" w:rsidSect="00763417">
      <w:pgSz w:w="12240" w:h="15840"/>
      <w:pgMar w:top="709" w:right="1800" w:bottom="284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35915267">
    <w:abstractNumId w:val="8"/>
  </w:num>
  <w:num w:numId="2" w16cid:durableId="1126583531">
    <w:abstractNumId w:val="6"/>
  </w:num>
  <w:num w:numId="3" w16cid:durableId="1896501485">
    <w:abstractNumId w:val="5"/>
  </w:num>
  <w:num w:numId="4" w16cid:durableId="789277885">
    <w:abstractNumId w:val="4"/>
  </w:num>
  <w:num w:numId="5" w16cid:durableId="567033892">
    <w:abstractNumId w:val="7"/>
  </w:num>
  <w:num w:numId="6" w16cid:durableId="756563199">
    <w:abstractNumId w:val="3"/>
  </w:num>
  <w:num w:numId="7" w16cid:durableId="1679040205">
    <w:abstractNumId w:val="2"/>
  </w:num>
  <w:num w:numId="8" w16cid:durableId="176848679">
    <w:abstractNumId w:val="1"/>
  </w:num>
  <w:num w:numId="9" w16cid:durableId="1281452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6F0B"/>
    <w:rsid w:val="00030FCF"/>
    <w:rsid w:val="00034616"/>
    <w:rsid w:val="0006063C"/>
    <w:rsid w:val="000659E1"/>
    <w:rsid w:val="000D1D62"/>
    <w:rsid w:val="0015074B"/>
    <w:rsid w:val="0029639D"/>
    <w:rsid w:val="00326F90"/>
    <w:rsid w:val="004059CB"/>
    <w:rsid w:val="00460969"/>
    <w:rsid w:val="004A2E85"/>
    <w:rsid w:val="005748CF"/>
    <w:rsid w:val="005A7B47"/>
    <w:rsid w:val="005D12C7"/>
    <w:rsid w:val="00613CFA"/>
    <w:rsid w:val="0063129F"/>
    <w:rsid w:val="00671570"/>
    <w:rsid w:val="00683CEA"/>
    <w:rsid w:val="006A7A2A"/>
    <w:rsid w:val="006C3A06"/>
    <w:rsid w:val="00763417"/>
    <w:rsid w:val="00791F5F"/>
    <w:rsid w:val="007E5FB5"/>
    <w:rsid w:val="008133F8"/>
    <w:rsid w:val="008C7990"/>
    <w:rsid w:val="008D0AA2"/>
    <w:rsid w:val="009043FC"/>
    <w:rsid w:val="00977DB9"/>
    <w:rsid w:val="00A65FBA"/>
    <w:rsid w:val="00AA1D8D"/>
    <w:rsid w:val="00AE0C4B"/>
    <w:rsid w:val="00B167D2"/>
    <w:rsid w:val="00B47730"/>
    <w:rsid w:val="00B91D38"/>
    <w:rsid w:val="00C07449"/>
    <w:rsid w:val="00C92C99"/>
    <w:rsid w:val="00CB0664"/>
    <w:rsid w:val="00DE3FF9"/>
    <w:rsid w:val="00E00ACD"/>
    <w:rsid w:val="00E92126"/>
    <w:rsid w:val="00E9559E"/>
    <w:rsid w:val="00EA0D3E"/>
    <w:rsid w:val="00F4542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8AC442"/>
  <w14:defaultImageDpi w14:val="330"/>
  <w15:docId w15:val="{B29FFED6-C6B5-47E5-854C-352A56050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EA0D3E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A0D3E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E3FF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nceladis.pl/ENCELADIS%20-%20Zasady%20realizacji%20audyt%C3%B3w%20MSUES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372</Words>
  <Characters>2233</Characters>
  <Application>Microsoft Office Word</Application>
  <DocSecurity>0</DocSecurity>
  <Lines>18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2600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Pawel Gawron</cp:lastModifiedBy>
  <cp:revision>20</cp:revision>
  <cp:lastPrinted>2026-04-15T09:06:00Z</cp:lastPrinted>
  <dcterms:created xsi:type="dcterms:W3CDTF">2013-12-23T23:15:00Z</dcterms:created>
  <dcterms:modified xsi:type="dcterms:W3CDTF">2026-05-28T09:12:00Z</dcterms:modified>
  <cp:category/>
</cp:coreProperties>
</file>